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2F2" w:rsidRDefault="00A8117C">
      <w:pPr>
        <w:spacing w:after="40"/>
        <w:jc w:val="center"/>
        <w:rPr>
          <w:rFonts w:hint="eastAsia"/>
        </w:rPr>
      </w:pPr>
      <w:r>
        <w:rPr>
          <w:rFonts w:cs="Kalimati"/>
          <w:b/>
          <w:bCs/>
          <w:cs/>
          <w:lang w:bidi="hi-IN"/>
        </w:rPr>
        <w:t>अनुसूची</w:t>
      </w:r>
      <w:r>
        <w:rPr>
          <w:b/>
        </w:rPr>
        <w:t>-</w:t>
      </w:r>
      <w:r>
        <w:rPr>
          <w:rFonts w:cs="Kalimati"/>
          <w:b/>
          <w:bCs/>
          <w:cs/>
          <w:lang w:bidi="hi-IN"/>
        </w:rPr>
        <w:t>१८</w:t>
      </w:r>
    </w:p>
    <w:p w:rsidR="006802F2" w:rsidRDefault="00A8117C">
      <w:pPr>
        <w:spacing w:after="80"/>
        <w:jc w:val="center"/>
        <w:rPr>
          <w:rFonts w:hint="eastAsia"/>
        </w:rPr>
      </w:pPr>
      <w:r>
        <w:rPr>
          <w:sz w:val="20"/>
        </w:rPr>
        <w:t>(</w:t>
      </w:r>
      <w:r>
        <w:rPr>
          <w:rFonts w:cs="Kalimati"/>
          <w:sz w:val="20"/>
          <w:szCs w:val="20"/>
          <w:cs/>
          <w:lang w:bidi="hi-IN"/>
        </w:rPr>
        <w:t>दफा</w:t>
      </w:r>
      <w:r>
        <w:rPr>
          <w:sz w:val="20"/>
        </w:rPr>
        <w:t xml:space="preserve"> </w:t>
      </w:r>
      <w:r>
        <w:rPr>
          <w:rFonts w:cs="Kalimati"/>
          <w:sz w:val="20"/>
          <w:szCs w:val="20"/>
          <w:cs/>
          <w:lang w:bidi="hi-IN"/>
        </w:rPr>
        <w:t>१६घ</w:t>
      </w:r>
      <w:r>
        <w:rPr>
          <w:sz w:val="20"/>
        </w:rPr>
        <w:t xml:space="preserve">. </w:t>
      </w:r>
      <w:r>
        <w:rPr>
          <w:rFonts w:cs="Kalimati"/>
          <w:sz w:val="20"/>
          <w:szCs w:val="20"/>
          <w:cs/>
          <w:lang w:bidi="hi-IN"/>
        </w:rPr>
        <w:t>को</w:t>
      </w:r>
      <w:r>
        <w:rPr>
          <w:sz w:val="20"/>
        </w:rPr>
        <w:t xml:space="preserve"> </w:t>
      </w:r>
      <w:r>
        <w:rPr>
          <w:rFonts w:cs="Kalimati"/>
          <w:sz w:val="20"/>
          <w:szCs w:val="20"/>
          <w:cs/>
          <w:lang w:bidi="hi-IN"/>
        </w:rPr>
        <w:t>उपनियम</w:t>
      </w:r>
      <w:r>
        <w:rPr>
          <w:sz w:val="20"/>
        </w:rPr>
        <w:t xml:space="preserve"> (</w:t>
      </w:r>
      <w:r>
        <w:rPr>
          <w:rFonts w:cs="Kalimati"/>
          <w:sz w:val="20"/>
          <w:szCs w:val="20"/>
          <w:cs/>
          <w:lang w:bidi="hi-IN"/>
        </w:rPr>
        <w:t>१</w:t>
      </w:r>
      <w:r>
        <w:rPr>
          <w:sz w:val="20"/>
        </w:rPr>
        <w:t xml:space="preserve">) </w:t>
      </w:r>
      <w:r>
        <w:rPr>
          <w:rFonts w:cs="Kalimati"/>
          <w:sz w:val="20"/>
          <w:szCs w:val="20"/>
          <w:cs/>
          <w:lang w:bidi="hi-IN"/>
        </w:rPr>
        <w:t>सँग</w:t>
      </w:r>
      <w:r>
        <w:rPr>
          <w:sz w:val="20"/>
        </w:rPr>
        <w:t xml:space="preserve"> </w:t>
      </w:r>
      <w:r>
        <w:rPr>
          <w:rFonts w:cs="Kalimati"/>
          <w:sz w:val="20"/>
          <w:szCs w:val="20"/>
          <w:cs/>
          <w:lang w:bidi="hi-IN"/>
        </w:rPr>
        <w:t>सम्बन्धित</w:t>
      </w:r>
      <w:r>
        <w:rPr>
          <w:sz w:val="20"/>
        </w:rPr>
        <w:t>)</w:t>
      </w:r>
    </w:p>
    <w:p w:rsidR="006802F2" w:rsidRDefault="00A8117C" w:rsidP="001204B2">
      <w:pPr>
        <w:spacing w:after="360" w:line="240" w:lineRule="auto"/>
        <w:jc w:val="center"/>
        <w:rPr>
          <w:rFonts w:hint="eastAsia"/>
        </w:rPr>
      </w:pPr>
      <w:r>
        <w:rPr>
          <w:rFonts w:cs="Kalimati"/>
          <w:b/>
          <w:bCs/>
          <w:cs/>
          <w:lang w:bidi="hi-IN"/>
        </w:rPr>
        <w:t>अन्य</w:t>
      </w:r>
      <w:r>
        <w:rPr>
          <w:b/>
        </w:rPr>
        <w:t xml:space="preserve"> </w:t>
      </w:r>
      <w:r>
        <w:rPr>
          <w:rFonts w:cs="Kalimati"/>
          <w:b/>
          <w:bCs/>
          <w:cs/>
          <w:lang w:bidi="hi-IN"/>
        </w:rPr>
        <w:t>जिल्लाबाट</w:t>
      </w:r>
      <w:r>
        <w:rPr>
          <w:b/>
        </w:rPr>
        <w:t xml:space="preserve"> </w:t>
      </w:r>
      <w:r>
        <w:rPr>
          <w:rFonts w:cs="Kalimati"/>
          <w:b/>
          <w:bCs/>
          <w:cs/>
          <w:lang w:bidi="hi-IN"/>
        </w:rPr>
        <w:t>नेपाली</w:t>
      </w:r>
      <w:r>
        <w:rPr>
          <w:b/>
        </w:rPr>
        <w:t xml:space="preserve"> </w:t>
      </w:r>
      <w:r>
        <w:rPr>
          <w:rFonts w:cs="Kalimati"/>
          <w:b/>
          <w:bCs/>
          <w:cs/>
          <w:lang w:bidi="hi-IN"/>
        </w:rPr>
        <w:t>नागरिकताको</w:t>
      </w:r>
      <w:r>
        <w:rPr>
          <w:b/>
        </w:rPr>
        <w:t xml:space="preserve"> </w:t>
      </w:r>
      <w:r>
        <w:rPr>
          <w:rFonts w:cs="Kalimati"/>
          <w:b/>
          <w:bCs/>
          <w:cs/>
          <w:lang w:bidi="hi-IN"/>
        </w:rPr>
        <w:t>प्रमाणपत्रको</w:t>
      </w:r>
      <w:r>
        <w:rPr>
          <w:b/>
        </w:rPr>
        <w:t xml:space="preserve"> </w:t>
      </w:r>
      <w:r>
        <w:rPr>
          <w:rFonts w:cs="Kalimati"/>
          <w:b/>
          <w:bCs/>
          <w:cs/>
          <w:lang w:bidi="hi-IN"/>
        </w:rPr>
        <w:t>प्रतिलिपिको</w:t>
      </w:r>
      <w:r>
        <w:rPr>
          <w:b/>
        </w:rPr>
        <w:t xml:space="preserve"> </w:t>
      </w:r>
      <w:r>
        <w:rPr>
          <w:rFonts w:cs="Kalimati"/>
          <w:b/>
          <w:bCs/>
          <w:cs/>
          <w:lang w:bidi="hi-IN"/>
        </w:rPr>
        <w:t>लागि</w:t>
      </w:r>
      <w:r>
        <w:rPr>
          <w:b/>
        </w:rPr>
        <w:t xml:space="preserve"> </w:t>
      </w:r>
      <w:r>
        <w:rPr>
          <w:rFonts w:cs="Kalimati"/>
          <w:b/>
          <w:bCs/>
          <w:cs/>
          <w:lang w:bidi="hi-IN"/>
        </w:rPr>
        <w:t>दिइने</w:t>
      </w:r>
      <w:r>
        <w:rPr>
          <w:b/>
        </w:rPr>
        <w:t xml:space="preserve"> </w:t>
      </w:r>
      <w:r>
        <w:rPr>
          <w:rFonts w:cs="Kalimati"/>
          <w:b/>
          <w:bCs/>
          <w:cs/>
          <w:lang w:bidi="hi-IN"/>
        </w:rPr>
        <w:t>निवेदनको</w:t>
      </w:r>
      <w:r>
        <w:rPr>
          <w:b/>
        </w:rPr>
        <w:t xml:space="preserve"> </w:t>
      </w:r>
      <w:r>
        <w:rPr>
          <w:rFonts w:cs="Kalimati"/>
          <w:b/>
          <w:bCs/>
          <w:cs/>
          <w:lang w:bidi="hi-IN"/>
        </w:rPr>
        <w:t>ढाँचा</w:t>
      </w:r>
    </w:p>
    <w:p w:rsidR="006802F2" w:rsidRDefault="00A8117C" w:rsidP="001204B2">
      <w:pPr>
        <w:spacing w:line="240" w:lineRule="auto"/>
        <w:rPr>
          <w:rFonts w:hint="eastAsia"/>
        </w:rPr>
      </w:pPr>
      <w:r>
        <w:rPr>
          <w:rFonts w:cs="Kalimati"/>
          <w:cs/>
          <w:lang w:bidi="hi-IN"/>
        </w:rPr>
        <w:t>श्री</w:t>
      </w:r>
      <w:r>
        <w:t xml:space="preserve"> </w:t>
      </w:r>
      <w:r>
        <w:rPr>
          <w:rFonts w:cs="Kalimati"/>
          <w:cs/>
          <w:lang w:bidi="hi-IN"/>
        </w:rPr>
        <w:t>प्रमुख</w:t>
      </w:r>
      <w:r>
        <w:t xml:space="preserve"> </w:t>
      </w:r>
      <w:r>
        <w:rPr>
          <w:rFonts w:cs="Kalimati"/>
          <w:cs/>
          <w:lang w:bidi="hi-IN"/>
        </w:rPr>
        <w:t>जिल्ला</w:t>
      </w:r>
      <w:r>
        <w:t xml:space="preserve"> </w:t>
      </w:r>
      <w:r>
        <w:rPr>
          <w:rFonts w:cs="Kalimati"/>
          <w:cs/>
          <w:lang w:bidi="hi-IN"/>
        </w:rPr>
        <w:t>अधिकारीज्यू</w:t>
      </w:r>
      <w:r>
        <w:t>,</w:t>
      </w:r>
      <w:r>
        <w:br/>
      </w:r>
      <w:r>
        <w:rPr>
          <w:rFonts w:cs="Kalimati"/>
          <w:cs/>
          <w:lang w:bidi="hi-IN"/>
        </w:rPr>
        <w:t>जिल्ला</w:t>
      </w:r>
      <w:r>
        <w:t xml:space="preserve"> </w:t>
      </w:r>
      <w:r>
        <w:rPr>
          <w:rFonts w:cs="Kalimati"/>
          <w:cs/>
          <w:lang w:bidi="hi-IN"/>
        </w:rPr>
        <w:t>प्रशासन</w:t>
      </w:r>
      <w:r>
        <w:t xml:space="preserve"> </w:t>
      </w:r>
      <w:r>
        <w:rPr>
          <w:rFonts w:cs="Kalimati"/>
          <w:cs/>
          <w:lang w:bidi="hi-IN"/>
        </w:rPr>
        <w:t>कार्यालय</w:t>
      </w:r>
      <w:r>
        <w:t>,</w:t>
      </w:r>
      <w:r>
        <w:br/>
      </w:r>
      <w:r>
        <w:t xml:space="preserve">............................ </w:t>
      </w:r>
      <w:r>
        <w:rPr>
          <w:rFonts w:cs="Kalimati"/>
          <w:cs/>
          <w:lang w:bidi="hi-IN"/>
        </w:rPr>
        <w:t>।</w:t>
      </w:r>
    </w:p>
    <w:p w:rsidR="006802F2" w:rsidRDefault="00A8117C" w:rsidP="001204B2">
      <w:pPr>
        <w:spacing w:after="240" w:line="240" w:lineRule="auto"/>
        <w:jc w:val="center"/>
        <w:rPr>
          <w:rFonts w:hint="eastAsia"/>
        </w:rPr>
      </w:pPr>
      <w:r>
        <w:rPr>
          <w:rFonts w:cs="Kalimati"/>
          <w:b/>
          <w:bCs/>
          <w:cs/>
          <w:lang w:bidi="hi-IN"/>
        </w:rPr>
        <w:t>विषय</w:t>
      </w:r>
      <w:r>
        <w:rPr>
          <w:b/>
        </w:rPr>
        <w:t xml:space="preserve"> : </w:t>
      </w:r>
      <w:r>
        <w:rPr>
          <w:rFonts w:cs="Kalimati"/>
          <w:b/>
          <w:bCs/>
          <w:cs/>
          <w:lang w:bidi="hi-IN"/>
        </w:rPr>
        <w:t>नेपाली</w:t>
      </w:r>
      <w:r>
        <w:rPr>
          <w:b/>
        </w:rPr>
        <w:t xml:space="preserve"> </w:t>
      </w:r>
      <w:r>
        <w:rPr>
          <w:rFonts w:cs="Kalimati"/>
          <w:b/>
          <w:bCs/>
          <w:cs/>
          <w:lang w:bidi="hi-IN"/>
        </w:rPr>
        <w:t>नागरिकताको</w:t>
      </w:r>
      <w:r>
        <w:rPr>
          <w:b/>
        </w:rPr>
        <w:t xml:space="preserve"> </w:t>
      </w:r>
      <w:r>
        <w:rPr>
          <w:rFonts w:cs="Kalimati"/>
          <w:b/>
          <w:bCs/>
          <w:cs/>
          <w:lang w:bidi="hi-IN"/>
        </w:rPr>
        <w:t>प्रमाणपत्रको</w:t>
      </w:r>
      <w:r>
        <w:rPr>
          <w:b/>
        </w:rPr>
        <w:t xml:space="preserve"> </w:t>
      </w:r>
      <w:r>
        <w:rPr>
          <w:rFonts w:cs="Kalimati"/>
          <w:b/>
          <w:bCs/>
          <w:cs/>
          <w:lang w:bidi="hi-IN"/>
        </w:rPr>
        <w:t>प्रतिलिपि</w:t>
      </w:r>
      <w:r>
        <w:rPr>
          <w:b/>
        </w:rPr>
        <w:t xml:space="preserve"> </w:t>
      </w:r>
      <w:r>
        <w:rPr>
          <w:rFonts w:cs="Kalimati"/>
          <w:b/>
          <w:bCs/>
          <w:cs/>
          <w:lang w:bidi="hi-IN"/>
        </w:rPr>
        <w:t>पाऊँ</w:t>
      </w:r>
      <w:r>
        <w:rPr>
          <w:b/>
        </w:rPr>
        <w:t xml:space="preserve"> </w:t>
      </w:r>
      <w:r>
        <w:rPr>
          <w:rFonts w:cs="Kalimati"/>
          <w:b/>
          <w:bCs/>
          <w:cs/>
          <w:lang w:bidi="hi-IN"/>
        </w:rPr>
        <w:t>।</w:t>
      </w:r>
    </w:p>
    <w:p w:rsidR="006802F2" w:rsidRDefault="00A8117C" w:rsidP="001204B2">
      <w:pPr>
        <w:spacing w:line="240" w:lineRule="auto"/>
        <w:jc w:val="both"/>
        <w:rPr>
          <w:rFonts w:hint="eastAsia"/>
        </w:rPr>
      </w:pPr>
      <w:r>
        <w:rPr>
          <w:rFonts w:cs="Kalimati"/>
          <w:cs/>
          <w:lang w:bidi="hi-IN"/>
        </w:rPr>
        <w:t>महोदय</w:t>
      </w:r>
      <w:r>
        <w:t>,</w:t>
      </w:r>
      <w:r>
        <w:br/>
        <w:t xml:space="preserve">    </w:t>
      </w:r>
      <w:r>
        <w:rPr>
          <w:rFonts w:cs="Kalimati"/>
          <w:cs/>
          <w:lang w:bidi="hi-IN"/>
        </w:rPr>
        <w:t>मैले</w:t>
      </w:r>
      <w:r>
        <w:t xml:space="preserve"> ............ </w:t>
      </w:r>
      <w:r>
        <w:rPr>
          <w:rFonts w:cs="Kalimati"/>
          <w:cs/>
          <w:lang w:bidi="hi-IN"/>
        </w:rPr>
        <w:t>जिल्ला</w:t>
      </w:r>
      <w:r>
        <w:t xml:space="preserve">, .................... </w:t>
      </w:r>
      <w:r>
        <w:rPr>
          <w:rFonts w:cs="Kalimati"/>
          <w:cs/>
          <w:lang w:bidi="hi-IN"/>
        </w:rPr>
        <w:t>कार्यालय</w:t>
      </w:r>
      <w:r>
        <w:t xml:space="preserve"> .................... </w:t>
      </w:r>
      <w:r>
        <w:rPr>
          <w:rFonts w:cs="Kalimati"/>
          <w:cs/>
          <w:lang w:bidi="hi-IN"/>
        </w:rPr>
        <w:t>वाट</w:t>
      </w:r>
      <w:r>
        <w:t xml:space="preserve"> </w:t>
      </w:r>
      <w:r>
        <w:rPr>
          <w:rFonts w:cs="Kalimati"/>
          <w:cs/>
          <w:lang w:bidi="hi-IN"/>
        </w:rPr>
        <w:t>नेपाल</w:t>
      </w:r>
      <w:r>
        <w:t xml:space="preserve"> </w:t>
      </w:r>
      <w:r>
        <w:rPr>
          <w:rFonts w:cs="Kalimati"/>
          <w:cs/>
          <w:lang w:bidi="hi-IN"/>
        </w:rPr>
        <w:t>नागरिकता</w:t>
      </w:r>
      <w:r>
        <w:t xml:space="preserve"> </w:t>
      </w:r>
      <w:r>
        <w:rPr>
          <w:rFonts w:cs="Kalimati"/>
          <w:cs/>
          <w:lang w:bidi="hi-IN"/>
        </w:rPr>
        <w:t>ऐन</w:t>
      </w:r>
      <w:r>
        <w:t xml:space="preserve">, </w:t>
      </w:r>
      <w:r>
        <w:rPr>
          <w:rFonts w:cs="Kalimati"/>
          <w:cs/>
          <w:lang w:bidi="hi-IN"/>
        </w:rPr>
        <w:t>२०६३</w:t>
      </w:r>
      <w:r>
        <w:t xml:space="preserve"> </w:t>
      </w:r>
      <w:r>
        <w:rPr>
          <w:rFonts w:cs="Kalimati"/>
          <w:cs/>
          <w:lang w:bidi="hi-IN"/>
        </w:rPr>
        <w:t>को</w:t>
      </w:r>
      <w:r>
        <w:t xml:space="preserve"> </w:t>
      </w:r>
      <w:r>
        <w:rPr>
          <w:rFonts w:cs="Kalimati"/>
          <w:cs/>
          <w:lang w:bidi="hi-IN"/>
        </w:rPr>
        <w:t>दफा</w:t>
      </w:r>
      <w:r>
        <w:t xml:space="preserve"> </w:t>
      </w:r>
      <w:r>
        <w:rPr>
          <w:rFonts w:cs="Kalimati"/>
          <w:cs/>
          <w:lang w:bidi="hi-IN"/>
        </w:rPr>
        <w:t>३</w:t>
      </w:r>
      <w:r>
        <w:t xml:space="preserve"> </w:t>
      </w:r>
      <w:r>
        <w:rPr>
          <w:rFonts w:cs="Kalimati"/>
          <w:cs/>
          <w:lang w:bidi="hi-IN"/>
        </w:rPr>
        <w:t>बमोजिम</w:t>
      </w:r>
      <w:r>
        <w:t xml:space="preserve"> </w:t>
      </w:r>
      <w:r>
        <w:rPr>
          <w:rFonts w:cs="Kalimati"/>
          <w:cs/>
          <w:lang w:bidi="hi-IN"/>
        </w:rPr>
        <w:t>नेपाली</w:t>
      </w:r>
      <w:r>
        <w:t xml:space="preserve"> </w:t>
      </w:r>
      <w:r>
        <w:rPr>
          <w:rFonts w:cs="Kalimati"/>
          <w:cs/>
          <w:lang w:bidi="hi-IN"/>
        </w:rPr>
        <w:t>नागरिकताको</w:t>
      </w:r>
      <w:r>
        <w:t xml:space="preserve"> </w:t>
      </w:r>
      <w:r>
        <w:rPr>
          <w:rFonts w:cs="Kalimati"/>
          <w:cs/>
          <w:lang w:bidi="hi-IN"/>
        </w:rPr>
        <w:t>प्रमाणपत्र</w:t>
      </w:r>
      <w:r>
        <w:t xml:space="preserve"> </w:t>
      </w:r>
      <w:r>
        <w:rPr>
          <w:rFonts w:cs="Kalimati"/>
          <w:cs/>
          <w:lang w:bidi="hi-IN"/>
        </w:rPr>
        <w:t>लिएकोमा</w:t>
      </w:r>
      <w:r>
        <w:t xml:space="preserve"> </w:t>
      </w:r>
      <w:r>
        <w:rPr>
          <w:rFonts w:cs="Kalimati"/>
          <w:cs/>
          <w:lang w:bidi="hi-IN"/>
        </w:rPr>
        <w:t>स</w:t>
      </w:r>
      <w:r>
        <w:rPr>
          <w:rFonts w:cs="Kalimati"/>
          <w:cs/>
          <w:lang w:bidi="hi-IN"/>
        </w:rPr>
        <w:t>ो</w:t>
      </w:r>
      <w:r>
        <w:t xml:space="preserve"> </w:t>
      </w:r>
      <w:r>
        <w:rPr>
          <w:rFonts w:cs="Kalimati"/>
          <w:cs/>
          <w:lang w:bidi="hi-IN"/>
        </w:rPr>
        <w:t>प्रमाणपत्रको</w:t>
      </w:r>
      <w:r>
        <w:t xml:space="preserve"> </w:t>
      </w:r>
      <w:r>
        <w:rPr>
          <w:rFonts w:cs="Kalimati"/>
          <w:cs/>
          <w:lang w:bidi="hi-IN"/>
        </w:rPr>
        <w:t>सक्कल</w:t>
      </w:r>
      <w:r>
        <w:t xml:space="preserve"> </w:t>
      </w:r>
      <w:r>
        <w:rPr>
          <w:rFonts w:cs="Kalimati"/>
          <w:cs/>
          <w:lang w:bidi="hi-IN"/>
        </w:rPr>
        <w:t>प्रति</w:t>
      </w:r>
      <w:r>
        <w:t xml:space="preserve"> </w:t>
      </w:r>
      <w:r>
        <w:rPr>
          <w:rFonts w:cs="Kalimati"/>
          <w:cs/>
          <w:lang w:bidi="hi-IN"/>
        </w:rPr>
        <w:t>हराएको</w:t>
      </w:r>
      <w:r>
        <w:t>/</w:t>
      </w:r>
      <w:r>
        <w:rPr>
          <w:rFonts w:cs="Kalimati"/>
          <w:cs/>
          <w:lang w:bidi="hi-IN"/>
        </w:rPr>
        <w:t>झत्रो</w:t>
      </w:r>
      <w:r>
        <w:t xml:space="preserve"> </w:t>
      </w:r>
      <w:r>
        <w:rPr>
          <w:rFonts w:cs="Kalimati"/>
          <w:cs/>
          <w:lang w:bidi="hi-IN"/>
        </w:rPr>
        <w:t>भएको</w:t>
      </w:r>
      <w:r>
        <w:t>/</w:t>
      </w:r>
      <w:r>
        <w:rPr>
          <w:rFonts w:cs="Kalimati"/>
          <w:cs/>
          <w:lang w:bidi="hi-IN"/>
        </w:rPr>
        <w:t>मौजुदा</w:t>
      </w:r>
      <w:r>
        <w:t xml:space="preserve"> </w:t>
      </w:r>
      <w:r>
        <w:rPr>
          <w:rFonts w:cs="Kalimati"/>
          <w:cs/>
          <w:lang w:bidi="hi-IN"/>
        </w:rPr>
        <w:t>ढाँचामा</w:t>
      </w:r>
      <w:r>
        <w:t xml:space="preserve"> </w:t>
      </w:r>
      <w:r>
        <w:rPr>
          <w:rFonts w:cs="Kalimati"/>
          <w:cs/>
          <w:lang w:bidi="hi-IN"/>
        </w:rPr>
        <w:t>आवश्यकता</w:t>
      </w:r>
      <w:r>
        <w:t xml:space="preserve"> </w:t>
      </w:r>
      <w:r>
        <w:rPr>
          <w:rFonts w:cs="Kalimati"/>
          <w:cs/>
          <w:lang w:bidi="hi-IN"/>
        </w:rPr>
        <w:t>भएको</w:t>
      </w:r>
      <w:r>
        <w:t>/</w:t>
      </w:r>
      <w:r>
        <w:rPr>
          <w:rFonts w:cs="Kalimati"/>
          <w:cs/>
          <w:lang w:bidi="hi-IN"/>
        </w:rPr>
        <w:t>अन्य</w:t>
      </w:r>
      <w:r>
        <w:t xml:space="preserve">....................... </w:t>
      </w:r>
      <w:r>
        <w:rPr>
          <w:rFonts w:cs="Kalimati"/>
          <w:cs/>
          <w:lang w:bidi="hi-IN"/>
        </w:rPr>
        <w:t>भएको</w:t>
      </w:r>
      <w:r>
        <w:t xml:space="preserve"> </w:t>
      </w:r>
      <w:r>
        <w:rPr>
          <w:rFonts w:cs="Kalimati"/>
          <w:cs/>
          <w:lang w:bidi="hi-IN"/>
        </w:rPr>
        <w:t>हुँदा</w:t>
      </w:r>
      <w:r>
        <w:t xml:space="preserve"> </w:t>
      </w:r>
      <w:r>
        <w:rPr>
          <w:rFonts w:cs="Kalimati"/>
          <w:cs/>
          <w:lang w:bidi="hi-IN"/>
        </w:rPr>
        <w:t>देहायको</w:t>
      </w:r>
      <w:r>
        <w:t xml:space="preserve"> </w:t>
      </w:r>
      <w:r>
        <w:rPr>
          <w:rFonts w:cs="Kalimati"/>
          <w:cs/>
          <w:lang w:bidi="hi-IN"/>
        </w:rPr>
        <w:t>विवरण</w:t>
      </w:r>
      <w:r>
        <w:t xml:space="preserve"> </w:t>
      </w:r>
      <w:r>
        <w:rPr>
          <w:rFonts w:cs="Kalimati"/>
          <w:cs/>
          <w:lang w:bidi="hi-IN"/>
        </w:rPr>
        <w:t>भएको</w:t>
      </w:r>
      <w:r>
        <w:t xml:space="preserve"> </w:t>
      </w:r>
      <w:r>
        <w:rPr>
          <w:rFonts w:cs="Kalimati"/>
          <w:cs/>
          <w:lang w:bidi="hi-IN"/>
        </w:rPr>
        <w:t>नेपाली</w:t>
      </w:r>
      <w:r>
        <w:t xml:space="preserve"> </w:t>
      </w:r>
      <w:r>
        <w:rPr>
          <w:rFonts w:cs="Kalimati"/>
          <w:cs/>
          <w:lang w:bidi="hi-IN"/>
        </w:rPr>
        <w:t>नागरिकताको</w:t>
      </w:r>
      <w:r>
        <w:t xml:space="preserve"> </w:t>
      </w:r>
      <w:r>
        <w:rPr>
          <w:rFonts w:cs="Kalimati"/>
          <w:cs/>
          <w:lang w:bidi="hi-IN"/>
        </w:rPr>
        <w:t>प्रमाणपत्रको</w:t>
      </w:r>
      <w:r>
        <w:t xml:space="preserve"> </w:t>
      </w:r>
      <w:r>
        <w:rPr>
          <w:rFonts w:cs="Kalimati"/>
          <w:cs/>
          <w:lang w:bidi="hi-IN"/>
        </w:rPr>
        <w:t>प्रतिलिपि</w:t>
      </w:r>
      <w:r>
        <w:t xml:space="preserve"> </w:t>
      </w:r>
      <w:r>
        <w:rPr>
          <w:rFonts w:cs="Kalimati"/>
          <w:cs/>
          <w:lang w:bidi="hi-IN"/>
        </w:rPr>
        <w:t>पाउनका</w:t>
      </w:r>
      <w:r>
        <w:t xml:space="preserve"> </w:t>
      </w:r>
      <w:r>
        <w:rPr>
          <w:rFonts w:cs="Kalimati"/>
          <w:cs/>
          <w:lang w:bidi="hi-IN"/>
        </w:rPr>
        <w:t>लागि</w:t>
      </w:r>
      <w:r>
        <w:t xml:space="preserve"> </w:t>
      </w:r>
      <w:r>
        <w:rPr>
          <w:rFonts w:cs="Kalimati"/>
          <w:cs/>
          <w:lang w:bidi="hi-IN"/>
        </w:rPr>
        <w:t>उक्त</w:t>
      </w:r>
      <w:r>
        <w:t xml:space="preserve"> </w:t>
      </w:r>
      <w:r>
        <w:rPr>
          <w:rFonts w:cs="Kalimati"/>
          <w:cs/>
          <w:lang w:bidi="hi-IN"/>
        </w:rPr>
        <w:t>नागरिकताको</w:t>
      </w:r>
      <w:r>
        <w:t xml:space="preserve"> </w:t>
      </w:r>
      <w:r>
        <w:rPr>
          <w:rFonts w:cs="Kalimati"/>
          <w:cs/>
          <w:lang w:bidi="hi-IN"/>
        </w:rPr>
        <w:t>सक्कल</w:t>
      </w:r>
      <w:r>
        <w:t>/</w:t>
      </w:r>
      <w:r>
        <w:rPr>
          <w:rFonts w:cs="Kalimati"/>
          <w:cs/>
          <w:lang w:bidi="hi-IN"/>
        </w:rPr>
        <w:t>नक्कल</w:t>
      </w:r>
      <w:r>
        <w:t xml:space="preserve"> </w:t>
      </w:r>
      <w:r>
        <w:rPr>
          <w:rFonts w:cs="Kalimati"/>
          <w:cs/>
          <w:lang w:bidi="hi-IN"/>
        </w:rPr>
        <w:t>प्रति</w:t>
      </w:r>
      <w:r>
        <w:t xml:space="preserve"> </w:t>
      </w:r>
      <w:r>
        <w:rPr>
          <w:rFonts w:cs="Kalimati"/>
          <w:cs/>
          <w:lang w:bidi="hi-IN"/>
        </w:rPr>
        <w:t>संलग्न</w:t>
      </w:r>
      <w:r>
        <w:t xml:space="preserve"> </w:t>
      </w:r>
      <w:r>
        <w:rPr>
          <w:rFonts w:cs="Kalimati"/>
          <w:cs/>
          <w:lang w:bidi="hi-IN"/>
        </w:rPr>
        <w:t>राखी</w:t>
      </w:r>
      <w:r>
        <w:t xml:space="preserve"> </w:t>
      </w:r>
      <w:r>
        <w:rPr>
          <w:rFonts w:cs="Kalimati"/>
          <w:cs/>
          <w:lang w:bidi="hi-IN"/>
        </w:rPr>
        <w:t>रु</w:t>
      </w:r>
      <w:r>
        <w:t xml:space="preserve">. </w:t>
      </w:r>
      <w:r>
        <w:rPr>
          <w:rFonts w:cs="Kalimati"/>
          <w:cs/>
          <w:lang w:bidi="hi-IN"/>
        </w:rPr>
        <w:t>१०</w:t>
      </w:r>
      <w:r>
        <w:t xml:space="preserve">/- </w:t>
      </w:r>
      <w:r>
        <w:rPr>
          <w:rFonts w:cs="Kalimati"/>
          <w:cs/>
          <w:lang w:bidi="hi-IN"/>
        </w:rPr>
        <w:t>को</w:t>
      </w:r>
      <w:r>
        <w:t xml:space="preserve"> </w:t>
      </w:r>
      <w:r>
        <w:rPr>
          <w:rFonts w:cs="Kalimati"/>
          <w:cs/>
          <w:lang w:bidi="hi-IN"/>
        </w:rPr>
        <w:t>टिकट</w:t>
      </w:r>
      <w:r>
        <w:t xml:space="preserve"> </w:t>
      </w:r>
      <w:r>
        <w:rPr>
          <w:rFonts w:cs="Kalimati"/>
          <w:cs/>
          <w:lang w:bidi="hi-IN"/>
        </w:rPr>
        <w:t>टाँसी</w:t>
      </w:r>
      <w:r>
        <w:t xml:space="preserve"> </w:t>
      </w:r>
      <w:r>
        <w:rPr>
          <w:rFonts w:cs="Kalimati"/>
          <w:cs/>
          <w:lang w:bidi="hi-IN"/>
        </w:rPr>
        <w:t>यो</w:t>
      </w:r>
      <w:r>
        <w:t xml:space="preserve"> </w:t>
      </w:r>
      <w:r>
        <w:rPr>
          <w:rFonts w:cs="Kalimati"/>
          <w:cs/>
          <w:lang w:bidi="hi-IN"/>
        </w:rPr>
        <w:t>निवेदन</w:t>
      </w:r>
      <w:r>
        <w:t xml:space="preserve"> </w:t>
      </w:r>
      <w:r>
        <w:rPr>
          <w:rFonts w:cs="Kalimati"/>
          <w:cs/>
          <w:lang w:bidi="hi-IN"/>
        </w:rPr>
        <w:t>पेश</w:t>
      </w:r>
      <w:r>
        <w:t xml:space="preserve"> </w:t>
      </w:r>
      <w:r>
        <w:rPr>
          <w:rFonts w:cs="Kalimati"/>
          <w:cs/>
          <w:lang w:bidi="hi-IN"/>
        </w:rPr>
        <w:t>गरेको</w:t>
      </w:r>
      <w:r>
        <w:t xml:space="preserve"> </w:t>
      </w:r>
      <w:r>
        <w:rPr>
          <w:rFonts w:cs="Kalimati"/>
          <w:cs/>
          <w:lang w:bidi="hi-IN"/>
        </w:rPr>
        <w:t>छु</w:t>
      </w:r>
      <w:r>
        <w:t xml:space="preserve"> </w:t>
      </w:r>
      <w:r>
        <w:rPr>
          <w:rFonts w:cs="Kalimati"/>
          <w:cs/>
          <w:lang w:bidi="hi-IN"/>
        </w:rPr>
        <w:t>।</w:t>
      </w:r>
      <w:r>
        <w:t xml:space="preserve"> </w:t>
      </w:r>
      <w:r>
        <w:rPr>
          <w:rFonts w:cs="Kalimati"/>
          <w:cs/>
          <w:lang w:bidi="hi-IN"/>
        </w:rPr>
        <w:t>मैले</w:t>
      </w:r>
      <w:r>
        <w:t xml:space="preserve"> </w:t>
      </w:r>
      <w:r>
        <w:rPr>
          <w:rFonts w:cs="Kalimati"/>
          <w:cs/>
          <w:lang w:bidi="hi-IN"/>
        </w:rPr>
        <w:t>माग</w:t>
      </w:r>
      <w:r>
        <w:t xml:space="preserve"> </w:t>
      </w:r>
      <w:r>
        <w:rPr>
          <w:rFonts w:cs="Kalimati"/>
          <w:cs/>
          <w:lang w:bidi="hi-IN"/>
        </w:rPr>
        <w:t>गरेको</w:t>
      </w:r>
      <w:r>
        <w:t xml:space="preserve"> </w:t>
      </w:r>
      <w:r>
        <w:rPr>
          <w:rFonts w:cs="Kalimati"/>
          <w:cs/>
          <w:lang w:bidi="hi-IN"/>
        </w:rPr>
        <w:t>नागरिकताको</w:t>
      </w:r>
      <w:r>
        <w:t xml:space="preserve"> </w:t>
      </w:r>
      <w:r>
        <w:rPr>
          <w:rFonts w:cs="Kalimati"/>
          <w:cs/>
          <w:lang w:bidi="hi-IN"/>
        </w:rPr>
        <w:t>प्रमाणपत्रको</w:t>
      </w:r>
      <w:r>
        <w:t xml:space="preserve"> </w:t>
      </w:r>
      <w:r>
        <w:rPr>
          <w:rFonts w:cs="Kalimati"/>
          <w:cs/>
          <w:lang w:bidi="hi-IN"/>
        </w:rPr>
        <w:t>प्रतिलिपिको</w:t>
      </w:r>
      <w:r>
        <w:t xml:space="preserve"> </w:t>
      </w:r>
      <w:r>
        <w:rPr>
          <w:rFonts w:cs="Kalimati"/>
          <w:cs/>
          <w:lang w:bidi="hi-IN"/>
        </w:rPr>
        <w:t>विवरण</w:t>
      </w:r>
      <w:r>
        <w:t xml:space="preserve"> </w:t>
      </w:r>
      <w:r>
        <w:rPr>
          <w:rFonts w:cs="Kalimati"/>
          <w:cs/>
          <w:lang w:bidi="hi-IN"/>
        </w:rPr>
        <w:t>निम्न</w:t>
      </w:r>
      <w:r>
        <w:t xml:space="preserve"> </w:t>
      </w:r>
      <w:r>
        <w:rPr>
          <w:rFonts w:cs="Kalimati"/>
          <w:cs/>
          <w:lang w:bidi="hi-IN"/>
        </w:rPr>
        <w:t>अनुसार</w:t>
      </w:r>
      <w:r>
        <w:t xml:space="preserve"> </w:t>
      </w:r>
      <w:r>
        <w:rPr>
          <w:rFonts w:cs="Kalimati"/>
          <w:cs/>
          <w:lang w:bidi="hi-IN"/>
        </w:rPr>
        <w:t>रहेको</w:t>
      </w:r>
      <w:r>
        <w:t xml:space="preserve"> </w:t>
      </w:r>
      <w:r>
        <w:rPr>
          <w:rFonts w:cs="Kalimati"/>
          <w:cs/>
          <w:lang w:bidi="hi-IN"/>
        </w:rPr>
        <w:t>छ</w:t>
      </w:r>
      <w:r>
        <w:t xml:space="preserve"> :-</w:t>
      </w:r>
    </w:p>
    <w:p w:rsidR="006802F2" w:rsidRDefault="00A8117C">
      <w:pPr>
        <w:spacing w:after="80"/>
        <w:rPr>
          <w:rFonts w:hint="eastAsia"/>
        </w:rPr>
      </w:pPr>
      <w:r>
        <w:t>(</w:t>
      </w:r>
      <w:r>
        <w:rPr>
          <w:rFonts w:cs="Kalimati"/>
          <w:cs/>
          <w:lang w:bidi="hi-IN"/>
        </w:rPr>
        <w:t>१</w:t>
      </w:r>
      <w:r>
        <w:t xml:space="preserve">) </w:t>
      </w:r>
      <w:r>
        <w:rPr>
          <w:rFonts w:cs="Kalimati"/>
          <w:cs/>
          <w:lang w:bidi="hi-IN"/>
        </w:rPr>
        <w:t>नाम</w:t>
      </w:r>
      <w:r>
        <w:t xml:space="preserve">, </w:t>
      </w:r>
      <w:proofErr w:type="gramStart"/>
      <w:r>
        <w:rPr>
          <w:rFonts w:cs="Kalimati"/>
          <w:cs/>
          <w:lang w:bidi="hi-IN"/>
        </w:rPr>
        <w:t>थर</w:t>
      </w:r>
      <w:r w:rsidR="001204B2">
        <w:t xml:space="preserve"> :-</w:t>
      </w:r>
      <w:proofErr w:type="gramEnd"/>
      <w:r w:rsidR="001204B2">
        <w:t xml:space="preserve"> ............</w:t>
      </w:r>
      <w:r>
        <w:t>.......................................................................................</w:t>
      </w:r>
    </w:p>
    <w:p w:rsidR="006802F2" w:rsidRPr="001204B2" w:rsidRDefault="00A8117C">
      <w:pPr>
        <w:spacing w:after="80"/>
        <w:rPr>
          <w:rFonts w:cs="Kalimati" w:hint="eastAsia"/>
        </w:rPr>
      </w:pPr>
      <w:r>
        <w:t xml:space="preserve">   </w:t>
      </w:r>
      <w:r>
        <w:t xml:space="preserve"> </w:t>
      </w:r>
      <w:r w:rsidRPr="001204B2">
        <w:rPr>
          <w:rFonts w:ascii="Times New Roman" w:hAnsi="Times New Roman" w:cs="Times New Roman"/>
        </w:rPr>
        <w:t>Full Name (In Block</w:t>
      </w:r>
      <w:r w:rsidRPr="001204B2">
        <w:rPr>
          <w:rFonts w:cs="Kalimati"/>
        </w:rPr>
        <w:t>).</w:t>
      </w:r>
      <w:r w:rsidR="001204B2">
        <w:rPr>
          <w:rFonts w:cs="Kalimati"/>
        </w:rPr>
        <w:t>...............</w:t>
      </w:r>
      <w:r w:rsidRPr="001204B2">
        <w:rPr>
          <w:rFonts w:cs="Kalimati"/>
        </w:rPr>
        <w:t>.....................................................................</w:t>
      </w:r>
    </w:p>
    <w:p w:rsidR="006802F2" w:rsidRPr="001204B2" w:rsidRDefault="00A8117C">
      <w:pPr>
        <w:spacing w:after="80"/>
        <w:rPr>
          <w:rFonts w:cs="Kalimati" w:hint="eastAsia"/>
        </w:rPr>
      </w:pPr>
      <w:proofErr w:type="gramStart"/>
      <w:r w:rsidRPr="001204B2">
        <w:rPr>
          <w:rFonts w:cs="Kalimati"/>
        </w:rPr>
        <w:t>(</w:t>
      </w:r>
      <w:r w:rsidRPr="001204B2">
        <w:rPr>
          <w:rFonts w:cs="Kalimati"/>
          <w:cs/>
          <w:lang w:bidi="hi-IN"/>
        </w:rPr>
        <w:t>२</w:t>
      </w:r>
      <w:r w:rsidRPr="001204B2">
        <w:rPr>
          <w:rFonts w:cs="Kalimati"/>
        </w:rPr>
        <w:t xml:space="preserve">) </w:t>
      </w:r>
      <w:r w:rsidRPr="001204B2">
        <w:rPr>
          <w:rFonts w:cs="Kalimati"/>
          <w:cs/>
          <w:lang w:bidi="hi-IN"/>
        </w:rPr>
        <w:t>ना</w:t>
      </w:r>
      <w:r w:rsidRPr="001204B2">
        <w:rPr>
          <w:rFonts w:cs="Kalimati"/>
        </w:rPr>
        <w:t>.</w:t>
      </w:r>
      <w:r w:rsidRPr="001204B2">
        <w:rPr>
          <w:rFonts w:cs="Kalimati"/>
          <w:cs/>
          <w:lang w:bidi="hi-IN"/>
        </w:rPr>
        <w:t>प्र</w:t>
      </w:r>
      <w:r w:rsidRPr="001204B2">
        <w:rPr>
          <w:rFonts w:cs="Kalimati"/>
        </w:rPr>
        <w:t>.</w:t>
      </w:r>
      <w:r w:rsidRPr="001204B2">
        <w:rPr>
          <w:rFonts w:cs="Kalimati"/>
          <w:cs/>
          <w:lang w:bidi="hi-IN"/>
        </w:rPr>
        <w:t>नं</w:t>
      </w:r>
      <w:r w:rsidRPr="001204B2">
        <w:rPr>
          <w:rFonts w:cs="Kalimati"/>
        </w:rPr>
        <w:t>.</w:t>
      </w:r>
      <w:proofErr w:type="gramEnd"/>
      <w:r w:rsidRPr="001204B2">
        <w:rPr>
          <w:rFonts w:cs="Kalimati"/>
        </w:rPr>
        <w:t xml:space="preserve"> ............................. </w:t>
      </w:r>
      <w:r w:rsidRPr="001204B2">
        <w:rPr>
          <w:rFonts w:cs="Kalimati"/>
          <w:cs/>
          <w:lang w:bidi="hi-IN"/>
        </w:rPr>
        <w:t>जन्म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मिति</w:t>
      </w:r>
      <w:r w:rsidRPr="001204B2">
        <w:rPr>
          <w:rFonts w:cs="Kalimati"/>
        </w:rPr>
        <w:t xml:space="preserve"> :- .......................... </w:t>
      </w:r>
      <w:r w:rsidRPr="001204B2">
        <w:rPr>
          <w:rFonts w:ascii="Times New Roman" w:hAnsi="Times New Roman" w:cs="Times New Roman"/>
        </w:rPr>
        <w:t>Date of Birth (AD</w:t>
      </w:r>
      <w:proofErr w:type="gramStart"/>
      <w:r w:rsidRPr="001204B2">
        <w:rPr>
          <w:rFonts w:ascii="Times New Roman" w:hAnsi="Times New Roman" w:cs="Times New Roman"/>
        </w:rPr>
        <w:t xml:space="preserve">) </w:t>
      </w:r>
      <w:r w:rsidR="001204B2">
        <w:rPr>
          <w:rFonts w:cs="Kalimati"/>
        </w:rPr>
        <w:t>................</w:t>
      </w:r>
      <w:r w:rsidRPr="001204B2">
        <w:rPr>
          <w:rFonts w:cs="Kalimati"/>
        </w:rPr>
        <w:t>........</w:t>
      </w:r>
      <w:proofErr w:type="gramEnd"/>
    </w:p>
    <w:p w:rsidR="006802F2" w:rsidRPr="001204B2" w:rsidRDefault="00A8117C">
      <w:pPr>
        <w:spacing w:after="80"/>
        <w:rPr>
          <w:rFonts w:cs="Kalimati" w:hint="eastAsia"/>
        </w:rPr>
      </w:pPr>
      <w:r w:rsidRPr="001204B2">
        <w:rPr>
          <w:rFonts w:cs="Kalimati"/>
        </w:rPr>
        <w:t>(</w:t>
      </w:r>
      <w:r w:rsidRPr="001204B2">
        <w:rPr>
          <w:rFonts w:cs="Kalimati"/>
          <w:cs/>
          <w:lang w:bidi="hi-IN"/>
        </w:rPr>
        <w:t>३</w:t>
      </w:r>
      <w:r w:rsidRPr="001204B2">
        <w:rPr>
          <w:rFonts w:cs="Kalimati"/>
        </w:rPr>
        <w:t xml:space="preserve">) </w:t>
      </w:r>
      <w:r w:rsidRPr="001204B2">
        <w:rPr>
          <w:rFonts w:cs="Kalimati"/>
          <w:cs/>
          <w:lang w:bidi="hi-IN"/>
        </w:rPr>
        <w:t>राष्ट्रिय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परिचय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नं</w:t>
      </w:r>
      <w:r w:rsidRPr="001204B2">
        <w:rPr>
          <w:rFonts w:cs="Kalimati"/>
        </w:rPr>
        <w:t>......................................... (</w:t>
      </w:r>
      <w:r w:rsidRPr="001204B2">
        <w:rPr>
          <w:rFonts w:cs="Kalimati"/>
          <w:cs/>
          <w:lang w:bidi="hi-IN"/>
        </w:rPr>
        <w:t>४</w:t>
      </w:r>
      <w:r w:rsidRPr="001204B2">
        <w:rPr>
          <w:rFonts w:cs="Kalimati"/>
        </w:rPr>
        <w:t xml:space="preserve">) </w:t>
      </w:r>
      <w:r w:rsidRPr="001204B2">
        <w:rPr>
          <w:rFonts w:cs="Kalimati"/>
          <w:cs/>
          <w:lang w:bidi="hi-IN"/>
        </w:rPr>
        <w:t>लिङ्</w:t>
      </w:r>
      <w:proofErr w:type="gramStart"/>
      <w:r w:rsidRPr="001204B2">
        <w:rPr>
          <w:rFonts w:cs="Kalimati"/>
          <w:cs/>
          <w:lang w:bidi="hi-IN"/>
        </w:rPr>
        <w:t>ग</w:t>
      </w:r>
      <w:r w:rsidR="001204B2">
        <w:rPr>
          <w:rFonts w:cs="Kalimati"/>
        </w:rPr>
        <w:t xml:space="preserve"> .</w:t>
      </w:r>
      <w:r w:rsidRPr="001204B2">
        <w:rPr>
          <w:rFonts w:cs="Kalimati"/>
        </w:rPr>
        <w:t>........................</w:t>
      </w:r>
      <w:proofErr w:type="gramEnd"/>
      <w:r w:rsidRPr="001204B2">
        <w:rPr>
          <w:rFonts w:cs="Kalimati"/>
        </w:rPr>
        <w:t xml:space="preserve"> </w:t>
      </w:r>
      <w:r w:rsidRPr="001204B2">
        <w:rPr>
          <w:rFonts w:ascii="Times New Roman" w:hAnsi="Times New Roman" w:cs="Times New Roman"/>
        </w:rPr>
        <w:t>Sex...</w:t>
      </w:r>
      <w:r w:rsidRPr="001204B2">
        <w:rPr>
          <w:rFonts w:cs="Kalimati"/>
        </w:rPr>
        <w:t>......................</w:t>
      </w:r>
    </w:p>
    <w:p w:rsidR="006802F2" w:rsidRPr="001204B2" w:rsidRDefault="00A8117C">
      <w:pPr>
        <w:spacing w:after="80"/>
        <w:rPr>
          <w:rFonts w:cs="Kalimati" w:hint="eastAsia"/>
        </w:rPr>
      </w:pPr>
      <w:r w:rsidRPr="001204B2">
        <w:rPr>
          <w:rFonts w:cs="Kalimati"/>
        </w:rPr>
        <w:t>(</w:t>
      </w:r>
      <w:r w:rsidRPr="001204B2">
        <w:rPr>
          <w:rFonts w:cs="Kalimati"/>
          <w:cs/>
          <w:lang w:bidi="hi-IN"/>
        </w:rPr>
        <w:t>५</w:t>
      </w:r>
      <w:r w:rsidRPr="001204B2">
        <w:rPr>
          <w:rFonts w:cs="Kalimati"/>
        </w:rPr>
        <w:t xml:space="preserve">) </w:t>
      </w:r>
      <w:r w:rsidRPr="001204B2">
        <w:rPr>
          <w:rFonts w:cs="Kalimati"/>
          <w:cs/>
          <w:lang w:bidi="hi-IN"/>
        </w:rPr>
        <w:t>जन्म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स्थान</w:t>
      </w:r>
      <w:r w:rsidRPr="001204B2">
        <w:rPr>
          <w:rFonts w:cs="Kalimati"/>
        </w:rPr>
        <w:t>:</w:t>
      </w:r>
      <w:proofErr w:type="gramStart"/>
      <w:r w:rsidRPr="001204B2">
        <w:rPr>
          <w:rFonts w:cs="Kalimati"/>
        </w:rPr>
        <w:t>- .........................</w:t>
      </w:r>
      <w:r w:rsidR="001204B2">
        <w:rPr>
          <w:rFonts w:cs="Kalimati"/>
        </w:rPr>
        <w:t>...........</w:t>
      </w:r>
      <w:r w:rsidRPr="001204B2">
        <w:rPr>
          <w:rFonts w:cs="Kalimati"/>
        </w:rPr>
        <w:t>................</w:t>
      </w:r>
      <w:r w:rsidRPr="001204B2">
        <w:rPr>
          <w:rFonts w:cs="Kalimati"/>
        </w:rPr>
        <w:t>....</w:t>
      </w:r>
      <w:proofErr w:type="gramEnd"/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स्थायी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ठेगाना</w:t>
      </w:r>
      <w:r w:rsidRPr="001204B2">
        <w:rPr>
          <w:rFonts w:cs="Kalimati"/>
        </w:rPr>
        <w:t xml:space="preserve">: </w:t>
      </w:r>
      <w:r w:rsidRPr="001204B2">
        <w:rPr>
          <w:rFonts w:cs="Kalimati"/>
          <w:cs/>
          <w:lang w:bidi="hi-IN"/>
        </w:rPr>
        <w:t>प्रदेश</w:t>
      </w:r>
      <w:r w:rsidRPr="001204B2">
        <w:rPr>
          <w:rFonts w:cs="Kalimati"/>
        </w:rPr>
        <w:t xml:space="preserve"> ........................... </w:t>
      </w:r>
      <w:r w:rsidRPr="001204B2">
        <w:rPr>
          <w:rFonts w:cs="Kalimati"/>
          <w:cs/>
          <w:lang w:bidi="hi-IN"/>
        </w:rPr>
        <w:t>जिल्ला</w:t>
      </w:r>
      <w:r w:rsidRPr="001204B2">
        <w:rPr>
          <w:rFonts w:cs="Kalimati"/>
        </w:rPr>
        <w:t>.................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नगरपालिका</w:t>
      </w:r>
      <w:r w:rsidRPr="001204B2">
        <w:rPr>
          <w:rFonts w:cs="Kalimati"/>
        </w:rPr>
        <w:t>/</w:t>
      </w:r>
      <w:r w:rsidRPr="001204B2">
        <w:rPr>
          <w:rFonts w:cs="Kalimati"/>
          <w:cs/>
          <w:lang w:bidi="hi-IN"/>
        </w:rPr>
        <w:t>गाउँपालिका</w:t>
      </w:r>
      <w:r w:rsidR="001204B2">
        <w:rPr>
          <w:rFonts w:cs="Kalimati"/>
        </w:rPr>
        <w:t>...........</w:t>
      </w:r>
      <w:r w:rsidRPr="001204B2">
        <w:rPr>
          <w:rFonts w:cs="Kalimati"/>
        </w:rPr>
        <w:t xml:space="preserve">....................... </w:t>
      </w:r>
      <w:r w:rsidRPr="001204B2">
        <w:rPr>
          <w:rFonts w:cs="Kalimati"/>
          <w:cs/>
          <w:lang w:bidi="hi-IN"/>
        </w:rPr>
        <w:t>वडा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नं</w:t>
      </w:r>
      <w:r w:rsidRPr="001204B2">
        <w:rPr>
          <w:rFonts w:cs="Kalimati"/>
        </w:rPr>
        <w:t xml:space="preserve">............. </w:t>
      </w:r>
      <w:r w:rsidRPr="001204B2">
        <w:rPr>
          <w:rFonts w:cs="Kalimati"/>
          <w:cs/>
          <w:lang w:bidi="hi-IN"/>
        </w:rPr>
        <w:t>टोल</w:t>
      </w:r>
      <w:r w:rsidR="001204B2">
        <w:rPr>
          <w:rFonts w:cs="Kalimati"/>
        </w:rPr>
        <w:t xml:space="preserve"> ......</w:t>
      </w:r>
      <w:r w:rsidRPr="001204B2">
        <w:rPr>
          <w:rFonts w:cs="Kalimati"/>
        </w:rPr>
        <w:t>..............</w:t>
      </w:r>
    </w:p>
    <w:p w:rsidR="006802F2" w:rsidRPr="001204B2" w:rsidRDefault="00A8117C">
      <w:pPr>
        <w:spacing w:after="80"/>
        <w:rPr>
          <w:rFonts w:cs="Kalimati" w:hint="eastAsia"/>
        </w:rPr>
      </w:pPr>
      <w:r w:rsidRPr="001204B2">
        <w:rPr>
          <w:rFonts w:cs="Kalimati"/>
        </w:rPr>
        <w:t>(</w:t>
      </w:r>
      <w:r w:rsidRPr="001204B2">
        <w:rPr>
          <w:rFonts w:cs="Kalimati"/>
          <w:cs/>
          <w:lang w:bidi="hi-IN"/>
        </w:rPr>
        <w:t>६</w:t>
      </w:r>
      <w:r w:rsidRPr="001204B2">
        <w:rPr>
          <w:rFonts w:cs="Kalimati"/>
        </w:rPr>
        <w:t xml:space="preserve">) </w:t>
      </w:r>
      <w:r w:rsidRPr="001204B2">
        <w:rPr>
          <w:rFonts w:cs="Kalimati"/>
          <w:cs/>
          <w:lang w:bidi="hi-IN"/>
        </w:rPr>
        <w:t>जारी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मिति</w:t>
      </w:r>
      <w:r w:rsidRPr="001204B2">
        <w:rPr>
          <w:rFonts w:cs="Kalimati"/>
        </w:rPr>
        <w:t>..........</w:t>
      </w:r>
      <w:r w:rsidRPr="001204B2">
        <w:rPr>
          <w:rFonts w:cs="Kalimati"/>
        </w:rPr>
        <w:t xml:space="preserve">............... </w:t>
      </w:r>
      <w:r w:rsidRPr="001204B2">
        <w:rPr>
          <w:rFonts w:cs="Kalimati"/>
          <w:cs/>
          <w:lang w:bidi="hi-IN"/>
        </w:rPr>
        <w:t>जारी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जिल्ल</w:t>
      </w:r>
      <w:proofErr w:type="gramStart"/>
      <w:r w:rsidRPr="001204B2">
        <w:rPr>
          <w:rFonts w:cs="Kalimati"/>
          <w:cs/>
          <w:lang w:bidi="hi-IN"/>
        </w:rPr>
        <w:t>ा</w:t>
      </w:r>
      <w:r w:rsidR="001204B2">
        <w:rPr>
          <w:rFonts w:cs="Kalimati"/>
        </w:rPr>
        <w:t xml:space="preserve"> :</w:t>
      </w:r>
      <w:proofErr w:type="gramEnd"/>
      <w:r w:rsidR="001204B2">
        <w:rPr>
          <w:rFonts w:cs="Kalimati"/>
        </w:rPr>
        <w:t>- .....</w:t>
      </w:r>
      <w:r w:rsidRPr="001204B2">
        <w:rPr>
          <w:rFonts w:cs="Kalimati"/>
        </w:rPr>
        <w:t xml:space="preserve">....................... </w:t>
      </w:r>
      <w:r w:rsidRPr="001204B2">
        <w:rPr>
          <w:rFonts w:cs="Kalimati"/>
          <w:cs/>
          <w:lang w:bidi="hi-IN"/>
        </w:rPr>
        <w:t>नागरिकताको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किसिम</w:t>
      </w:r>
      <w:r w:rsidR="001204B2">
        <w:rPr>
          <w:rFonts w:cs="Kalimati"/>
        </w:rPr>
        <w:t>...</w:t>
      </w:r>
      <w:r w:rsidRPr="001204B2">
        <w:rPr>
          <w:rFonts w:cs="Kalimati"/>
        </w:rPr>
        <w:t>..................</w:t>
      </w:r>
    </w:p>
    <w:p w:rsidR="006802F2" w:rsidRPr="001204B2" w:rsidRDefault="00A8117C">
      <w:pPr>
        <w:spacing w:after="80"/>
        <w:rPr>
          <w:rFonts w:cs="Kalimati" w:hint="eastAsia"/>
        </w:rPr>
      </w:pPr>
      <w:r w:rsidRPr="001204B2">
        <w:rPr>
          <w:rFonts w:cs="Kalimati"/>
        </w:rPr>
        <w:t>(</w:t>
      </w:r>
      <w:r w:rsidRPr="001204B2">
        <w:rPr>
          <w:rFonts w:cs="Kalimati"/>
          <w:cs/>
          <w:lang w:bidi="hi-IN"/>
        </w:rPr>
        <w:t>७</w:t>
      </w:r>
      <w:r w:rsidRPr="001204B2">
        <w:rPr>
          <w:rFonts w:cs="Kalimati"/>
        </w:rPr>
        <w:t xml:space="preserve">) </w:t>
      </w:r>
      <w:r w:rsidRPr="001204B2">
        <w:rPr>
          <w:rFonts w:cs="Kalimati"/>
          <w:cs/>
          <w:lang w:bidi="hi-IN"/>
        </w:rPr>
        <w:t>बाबुको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नाम</w:t>
      </w:r>
      <w:r w:rsidRPr="001204B2">
        <w:rPr>
          <w:rFonts w:cs="Kalimati"/>
        </w:rPr>
        <w:t xml:space="preserve">, </w:t>
      </w:r>
      <w:proofErr w:type="gramStart"/>
      <w:r w:rsidRPr="001204B2">
        <w:rPr>
          <w:rFonts w:cs="Kalimati"/>
          <w:cs/>
          <w:lang w:bidi="hi-IN"/>
        </w:rPr>
        <w:t>थर</w:t>
      </w:r>
      <w:r w:rsidR="001204B2">
        <w:rPr>
          <w:rFonts w:cs="Kalimati"/>
        </w:rPr>
        <w:t xml:space="preserve"> :</w:t>
      </w:r>
      <w:proofErr w:type="gramEnd"/>
      <w:r w:rsidR="001204B2">
        <w:rPr>
          <w:rFonts w:cs="Kalimati"/>
        </w:rPr>
        <w:t xml:space="preserve"> ..............</w:t>
      </w:r>
      <w:r w:rsidRPr="001204B2">
        <w:rPr>
          <w:rFonts w:cs="Kalimati"/>
        </w:rPr>
        <w:t xml:space="preserve">......................... </w:t>
      </w:r>
      <w:r w:rsidRPr="001204B2">
        <w:rPr>
          <w:rFonts w:cs="Kalimati"/>
          <w:cs/>
          <w:lang w:bidi="hi-IN"/>
        </w:rPr>
        <w:t>ठेगाना</w:t>
      </w:r>
      <w:r w:rsidR="001204B2">
        <w:rPr>
          <w:rFonts w:cs="Kalimati"/>
        </w:rPr>
        <w:t>................</w:t>
      </w:r>
      <w:r w:rsidRPr="001204B2">
        <w:rPr>
          <w:rFonts w:cs="Kalimati"/>
        </w:rPr>
        <w:t xml:space="preserve">........ </w:t>
      </w:r>
      <w:r w:rsidRPr="001204B2">
        <w:rPr>
          <w:rFonts w:cs="Kalimati"/>
          <w:cs/>
          <w:lang w:bidi="hi-IN"/>
        </w:rPr>
        <w:t>नागरिकताको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किसि</w:t>
      </w:r>
      <w:r w:rsidRPr="001204B2">
        <w:rPr>
          <w:rFonts w:cs="Kalimati"/>
          <w:cs/>
          <w:lang w:bidi="hi-IN"/>
        </w:rPr>
        <w:t>म</w:t>
      </w:r>
      <w:r w:rsidR="001204B2">
        <w:rPr>
          <w:rFonts w:cs="Kalimati"/>
        </w:rPr>
        <w:t>.....</w:t>
      </w:r>
      <w:r w:rsidRPr="001204B2">
        <w:rPr>
          <w:rFonts w:cs="Kalimati"/>
        </w:rPr>
        <w:t>.......</w:t>
      </w:r>
    </w:p>
    <w:p w:rsidR="006802F2" w:rsidRPr="001204B2" w:rsidRDefault="00A8117C">
      <w:pPr>
        <w:spacing w:after="80"/>
        <w:rPr>
          <w:rFonts w:cs="Kalimati" w:hint="eastAsia"/>
        </w:rPr>
      </w:pPr>
      <w:r w:rsidRPr="001204B2">
        <w:rPr>
          <w:rFonts w:cs="Kalimati"/>
        </w:rPr>
        <w:t>(</w:t>
      </w:r>
      <w:r w:rsidRPr="001204B2">
        <w:rPr>
          <w:rFonts w:cs="Kalimati"/>
          <w:cs/>
          <w:lang w:bidi="hi-IN"/>
        </w:rPr>
        <w:t>८</w:t>
      </w:r>
      <w:r w:rsidRPr="001204B2">
        <w:rPr>
          <w:rFonts w:cs="Kalimati"/>
        </w:rPr>
        <w:t xml:space="preserve">) </w:t>
      </w:r>
      <w:r w:rsidRPr="001204B2">
        <w:rPr>
          <w:rFonts w:cs="Kalimati"/>
          <w:cs/>
          <w:lang w:bidi="hi-IN"/>
        </w:rPr>
        <w:t>आमाको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नाम</w:t>
      </w:r>
      <w:r w:rsidRPr="001204B2">
        <w:rPr>
          <w:rFonts w:cs="Kalimati"/>
        </w:rPr>
        <w:t xml:space="preserve">, </w:t>
      </w:r>
      <w:proofErr w:type="gramStart"/>
      <w:r w:rsidRPr="001204B2">
        <w:rPr>
          <w:rFonts w:cs="Kalimati"/>
          <w:cs/>
          <w:lang w:bidi="hi-IN"/>
        </w:rPr>
        <w:t>थर</w:t>
      </w:r>
      <w:r w:rsidR="001204B2">
        <w:rPr>
          <w:rFonts w:cs="Kalimati"/>
        </w:rPr>
        <w:t xml:space="preserve"> :</w:t>
      </w:r>
      <w:proofErr w:type="gramEnd"/>
      <w:r w:rsidR="001204B2">
        <w:rPr>
          <w:rFonts w:cs="Kalimati"/>
        </w:rPr>
        <w:t xml:space="preserve"> ...................</w:t>
      </w:r>
      <w:r w:rsidRPr="001204B2">
        <w:rPr>
          <w:rFonts w:cs="Kalimati"/>
        </w:rPr>
        <w:t xml:space="preserve">................. </w:t>
      </w:r>
      <w:r w:rsidRPr="001204B2">
        <w:rPr>
          <w:rFonts w:cs="Kalimati"/>
          <w:cs/>
          <w:lang w:bidi="hi-IN"/>
        </w:rPr>
        <w:t>ठेगाना</w:t>
      </w:r>
      <w:r w:rsidR="001204B2">
        <w:rPr>
          <w:rFonts w:cs="Kalimati"/>
        </w:rPr>
        <w:t>..............</w:t>
      </w:r>
      <w:r w:rsidRPr="001204B2">
        <w:rPr>
          <w:rFonts w:cs="Kalimati"/>
        </w:rPr>
        <w:t xml:space="preserve">.......... </w:t>
      </w:r>
      <w:r w:rsidRPr="001204B2">
        <w:rPr>
          <w:rFonts w:cs="Kalimati"/>
          <w:cs/>
          <w:lang w:bidi="hi-IN"/>
        </w:rPr>
        <w:t>नागरिकताको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किसिम</w:t>
      </w:r>
      <w:r w:rsidR="001204B2">
        <w:rPr>
          <w:rFonts w:cs="Kalimati"/>
        </w:rPr>
        <w:t>........</w:t>
      </w:r>
      <w:r w:rsidRPr="001204B2">
        <w:rPr>
          <w:rFonts w:cs="Kalimati"/>
        </w:rPr>
        <w:t>......</w:t>
      </w:r>
    </w:p>
    <w:p w:rsidR="006802F2" w:rsidRPr="001204B2" w:rsidRDefault="00A8117C">
      <w:pPr>
        <w:spacing w:after="80"/>
        <w:rPr>
          <w:rFonts w:cs="Kalimati" w:hint="eastAsia"/>
        </w:rPr>
      </w:pPr>
      <w:r w:rsidRPr="001204B2">
        <w:rPr>
          <w:rFonts w:cs="Kalimati"/>
        </w:rPr>
        <w:t>(</w:t>
      </w:r>
      <w:r w:rsidRPr="001204B2">
        <w:rPr>
          <w:rFonts w:cs="Kalimati"/>
          <w:cs/>
          <w:lang w:bidi="hi-IN"/>
        </w:rPr>
        <w:t>९</w:t>
      </w:r>
      <w:r w:rsidRPr="001204B2">
        <w:rPr>
          <w:rFonts w:cs="Kalimati"/>
        </w:rPr>
        <w:t xml:space="preserve">) </w:t>
      </w:r>
      <w:r w:rsidRPr="001204B2">
        <w:rPr>
          <w:rFonts w:cs="Kalimati"/>
          <w:cs/>
          <w:lang w:bidi="hi-IN"/>
        </w:rPr>
        <w:t>पति</w:t>
      </w:r>
      <w:r w:rsidRPr="001204B2">
        <w:rPr>
          <w:rFonts w:cs="Kalimati"/>
        </w:rPr>
        <w:t>/</w:t>
      </w:r>
      <w:r w:rsidRPr="001204B2">
        <w:rPr>
          <w:rFonts w:cs="Kalimati"/>
          <w:cs/>
          <w:lang w:bidi="hi-IN"/>
        </w:rPr>
        <w:t>पत्नीको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नाम</w:t>
      </w:r>
      <w:r w:rsidRPr="001204B2">
        <w:rPr>
          <w:rFonts w:cs="Kalimati"/>
        </w:rPr>
        <w:t xml:space="preserve">, </w:t>
      </w:r>
      <w:proofErr w:type="gramStart"/>
      <w:r w:rsidRPr="001204B2">
        <w:rPr>
          <w:rFonts w:cs="Kalimati"/>
          <w:cs/>
          <w:lang w:bidi="hi-IN"/>
        </w:rPr>
        <w:t>थर</w:t>
      </w:r>
      <w:r w:rsidR="001204B2">
        <w:rPr>
          <w:rFonts w:cs="Kalimati"/>
        </w:rPr>
        <w:t xml:space="preserve"> :</w:t>
      </w:r>
      <w:proofErr w:type="gramEnd"/>
      <w:r w:rsidR="001204B2">
        <w:rPr>
          <w:rFonts w:cs="Kalimati"/>
        </w:rPr>
        <w:t xml:space="preserve"> .................</w:t>
      </w:r>
      <w:r w:rsidRPr="001204B2">
        <w:rPr>
          <w:rFonts w:cs="Kalimati"/>
        </w:rPr>
        <w:t xml:space="preserve">.............. </w:t>
      </w:r>
      <w:r w:rsidRPr="001204B2">
        <w:rPr>
          <w:rFonts w:cs="Kalimati"/>
          <w:cs/>
          <w:lang w:bidi="hi-IN"/>
        </w:rPr>
        <w:t>ठेगाना</w:t>
      </w:r>
      <w:r w:rsidRPr="001204B2">
        <w:rPr>
          <w:rFonts w:cs="Kalimati"/>
        </w:rPr>
        <w:t>.........</w:t>
      </w:r>
      <w:r w:rsidR="001204B2">
        <w:rPr>
          <w:rFonts w:cs="Kalimati"/>
        </w:rPr>
        <w:t>......</w:t>
      </w:r>
      <w:r w:rsidRPr="001204B2">
        <w:rPr>
          <w:rFonts w:cs="Kalimati"/>
        </w:rPr>
        <w:t xml:space="preserve">.......... </w:t>
      </w:r>
      <w:r w:rsidRPr="001204B2">
        <w:rPr>
          <w:rFonts w:cs="Kalimati"/>
          <w:cs/>
          <w:lang w:bidi="hi-IN"/>
        </w:rPr>
        <w:t>नागरिकताको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किसिम</w:t>
      </w:r>
      <w:r w:rsidR="001204B2">
        <w:rPr>
          <w:rFonts w:cs="Kalimati"/>
        </w:rPr>
        <w:t>.........</w:t>
      </w:r>
      <w:r w:rsidRPr="001204B2">
        <w:rPr>
          <w:rFonts w:cs="Kalimati"/>
        </w:rPr>
        <w:t>...</w:t>
      </w:r>
    </w:p>
    <w:p w:rsidR="006802F2" w:rsidRPr="001204B2" w:rsidRDefault="00A8117C">
      <w:pPr>
        <w:spacing w:after="80"/>
        <w:rPr>
          <w:rFonts w:cs="Kalimati" w:hint="eastAsia"/>
        </w:rPr>
      </w:pPr>
      <w:r w:rsidRPr="001204B2">
        <w:rPr>
          <w:rFonts w:cs="Kalimati"/>
        </w:rPr>
        <w:t>(</w:t>
      </w:r>
      <w:r w:rsidRPr="001204B2">
        <w:rPr>
          <w:rFonts w:cs="Kalimati"/>
          <w:cs/>
          <w:lang w:bidi="hi-IN"/>
        </w:rPr>
        <w:t>१०</w:t>
      </w:r>
      <w:r w:rsidRPr="001204B2">
        <w:rPr>
          <w:rFonts w:cs="Kalimati"/>
        </w:rPr>
        <w:t xml:space="preserve">) </w:t>
      </w:r>
      <w:r w:rsidRPr="001204B2">
        <w:rPr>
          <w:rFonts w:cs="Kalimati"/>
          <w:cs/>
          <w:lang w:bidi="hi-IN"/>
        </w:rPr>
        <w:t>संरक्षकको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नाम</w:t>
      </w:r>
      <w:r w:rsidRPr="001204B2">
        <w:rPr>
          <w:rFonts w:cs="Kalimati"/>
        </w:rPr>
        <w:t xml:space="preserve">, </w:t>
      </w:r>
      <w:proofErr w:type="gramStart"/>
      <w:r w:rsidRPr="001204B2">
        <w:rPr>
          <w:rFonts w:cs="Kalimati"/>
          <w:cs/>
          <w:lang w:bidi="hi-IN"/>
        </w:rPr>
        <w:t>थर</w:t>
      </w:r>
      <w:r w:rsidR="001204B2">
        <w:rPr>
          <w:rFonts w:cs="Kalimati"/>
        </w:rPr>
        <w:t xml:space="preserve"> :</w:t>
      </w:r>
      <w:proofErr w:type="gramEnd"/>
      <w:r w:rsidRPr="001204B2">
        <w:rPr>
          <w:rFonts w:cs="Kalimati"/>
        </w:rPr>
        <w:t xml:space="preserve">..................... </w:t>
      </w:r>
      <w:r w:rsidRPr="001204B2">
        <w:rPr>
          <w:rFonts w:cs="Kalimati"/>
          <w:cs/>
          <w:lang w:bidi="hi-IN"/>
        </w:rPr>
        <w:t>ठेगाना</w:t>
      </w:r>
      <w:r w:rsidR="001204B2">
        <w:rPr>
          <w:rFonts w:cs="Kalimati"/>
        </w:rPr>
        <w:t>.......</w:t>
      </w:r>
      <w:r w:rsidRPr="001204B2">
        <w:rPr>
          <w:rFonts w:cs="Kalimati"/>
        </w:rPr>
        <w:t xml:space="preserve">....................... </w:t>
      </w:r>
      <w:r w:rsidRPr="001204B2">
        <w:rPr>
          <w:rFonts w:cs="Kalimati"/>
          <w:cs/>
          <w:lang w:bidi="hi-IN"/>
        </w:rPr>
        <w:t>नागरिकताको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किसिम</w:t>
      </w:r>
      <w:r w:rsidR="001204B2">
        <w:rPr>
          <w:rFonts w:cs="Kalimati"/>
        </w:rPr>
        <w:t>......</w:t>
      </w:r>
      <w:r w:rsidRPr="001204B2">
        <w:rPr>
          <w:rFonts w:cs="Kalimati"/>
        </w:rPr>
        <w:t>..............</w:t>
      </w:r>
    </w:p>
    <w:p w:rsidR="006802F2" w:rsidRPr="001204B2" w:rsidRDefault="00A8117C">
      <w:pPr>
        <w:spacing w:before="240"/>
        <w:rPr>
          <w:rFonts w:cs="Kalimati" w:hint="eastAsia"/>
        </w:rPr>
      </w:pPr>
      <w:r w:rsidRPr="001204B2">
        <w:rPr>
          <w:rFonts w:cs="Kalimati"/>
          <w:cs/>
          <w:lang w:bidi="hi-IN"/>
        </w:rPr>
        <w:t>माथि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लेखिएको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विवरण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ठीक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साँचो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छ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।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लेखिएको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व्यहोरा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झुट्ठा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ठहरेमा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कानुन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बमोजिम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सहुँला</w:t>
      </w:r>
      <w:r w:rsidRPr="001204B2">
        <w:rPr>
          <w:rFonts w:cs="Kalimati"/>
        </w:rPr>
        <w:t xml:space="preserve"> / </w:t>
      </w:r>
      <w:r w:rsidRPr="001204B2">
        <w:rPr>
          <w:rFonts w:cs="Kalimati"/>
          <w:cs/>
          <w:lang w:bidi="hi-IN"/>
        </w:rPr>
        <w:t>बुझाउँला</w:t>
      </w:r>
      <w:r w:rsidRPr="001204B2">
        <w:rPr>
          <w:rFonts w:cs="Kalimati"/>
        </w:rPr>
        <w:t xml:space="preserve"> </w:t>
      </w:r>
      <w:r w:rsidRPr="001204B2">
        <w:rPr>
          <w:rFonts w:cs="Kalimati"/>
          <w:cs/>
          <w:lang w:bidi="hi-IN"/>
        </w:rPr>
        <w:t>।</w:t>
      </w:r>
    </w:p>
    <w:tbl>
      <w:tblPr>
        <w:tblStyle w:val="TableGrid"/>
        <w:tblW w:w="9367" w:type="dxa"/>
        <w:tblInd w:w="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4"/>
        <w:gridCol w:w="2504"/>
        <w:gridCol w:w="4359"/>
      </w:tblGrid>
      <w:tr w:rsidR="00DA67B1" w:rsidTr="00A8117C">
        <w:trPr>
          <w:trHeight w:val="312"/>
        </w:trPr>
        <w:tc>
          <w:tcPr>
            <w:tcW w:w="2504" w:type="dxa"/>
            <w:tcBorders>
              <w:bottom w:val="single" w:sz="4" w:space="0" w:color="auto"/>
            </w:tcBorders>
          </w:tcPr>
          <w:p w:rsidR="00DA67B1" w:rsidRDefault="00DA67B1" w:rsidP="00A8117C">
            <w:pPr>
              <w:rPr>
                <w:rFonts w:cs="Kalimati" w:hint="cs"/>
                <w:cs/>
                <w:lang w:bidi="hi-IN"/>
              </w:rPr>
            </w:pPr>
            <w:r>
              <w:rPr>
                <w:rFonts w:cs="Kalimati" w:hint="cs"/>
                <w:cs/>
                <w:lang w:bidi="hi-IN"/>
              </w:rPr>
              <w:t>औठको छाप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:rsidR="00DA67B1" w:rsidRDefault="00DA67B1" w:rsidP="00A8117C">
            <w:pPr>
              <w:rPr>
                <w:rFonts w:cs="Kalimati"/>
                <w:lang w:bidi="hi-IN"/>
              </w:rPr>
            </w:pPr>
          </w:p>
        </w:tc>
        <w:tc>
          <w:tcPr>
            <w:tcW w:w="4359" w:type="dxa"/>
          </w:tcPr>
          <w:p w:rsidR="00DA67B1" w:rsidRPr="00A8117C" w:rsidRDefault="00DA67B1" w:rsidP="00A8117C">
            <w:pPr>
              <w:jc w:val="center"/>
              <w:rPr>
                <w:rFonts w:cs="Kalimati" w:hint="cs"/>
                <w:cs/>
                <w:lang w:bidi="hi-IN"/>
              </w:rPr>
            </w:pPr>
            <w:r w:rsidRPr="00A8117C">
              <w:rPr>
                <w:rFonts w:cs="Kalimati" w:hint="cs"/>
                <w:cs/>
                <w:lang w:bidi="hi-IN"/>
              </w:rPr>
              <w:t>निवेदकको</w:t>
            </w:r>
          </w:p>
        </w:tc>
      </w:tr>
      <w:tr w:rsidR="00A8117C" w:rsidTr="00A8117C">
        <w:trPr>
          <w:trHeight w:val="270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7B1" w:rsidRPr="00A8117C" w:rsidRDefault="00DA67B1" w:rsidP="00A8117C">
            <w:pPr>
              <w:rPr>
                <w:rFonts w:cs="Kalimati" w:hint="cs"/>
                <w:cs/>
                <w:lang w:bidi="hi-IN"/>
              </w:rPr>
            </w:pPr>
            <w:r w:rsidRPr="00A8117C">
              <w:rPr>
                <w:rFonts w:cs="Kalimati" w:hint="cs"/>
                <w:cs/>
                <w:lang w:bidi="hi-IN"/>
              </w:rPr>
              <w:t>दायाँ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7B1" w:rsidRPr="00A8117C" w:rsidRDefault="00DA67B1" w:rsidP="00A8117C">
            <w:pPr>
              <w:rPr>
                <w:rFonts w:cs="Kalimati" w:hint="cs"/>
                <w:cs/>
                <w:lang w:bidi="hi-IN"/>
              </w:rPr>
            </w:pPr>
            <w:r w:rsidRPr="00A8117C">
              <w:rPr>
                <w:rFonts w:cs="Kalimati" w:hint="cs"/>
                <w:cs/>
                <w:lang w:bidi="hi-IN"/>
              </w:rPr>
              <w:t>बायाँ</w:t>
            </w:r>
          </w:p>
        </w:tc>
        <w:tc>
          <w:tcPr>
            <w:tcW w:w="4359" w:type="dxa"/>
            <w:tcBorders>
              <w:left w:val="single" w:sz="4" w:space="0" w:color="auto"/>
            </w:tcBorders>
          </w:tcPr>
          <w:p w:rsidR="00DA67B1" w:rsidRPr="00A8117C" w:rsidRDefault="00A8117C" w:rsidP="00A8117C">
            <w:pPr>
              <w:jc w:val="center"/>
              <w:rPr>
                <w:rFonts w:cs="Kalimati" w:hint="cs"/>
                <w:cs/>
                <w:lang w:bidi="hi-IN"/>
              </w:rPr>
            </w:pPr>
            <w:r w:rsidRPr="00A8117C">
              <w:rPr>
                <w:rFonts w:cs="Kalimati" w:hint="cs"/>
                <w:cs/>
                <w:lang w:bidi="hi-IN"/>
              </w:rPr>
              <w:t>दस्तखत:</w:t>
            </w:r>
          </w:p>
        </w:tc>
      </w:tr>
      <w:tr w:rsidR="00DA67B1" w:rsidTr="00A8117C">
        <w:trPr>
          <w:trHeight w:val="1558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7B1" w:rsidRDefault="00DA67B1" w:rsidP="00A8117C">
            <w:pPr>
              <w:rPr>
                <w:rFonts w:cs="Kalimati"/>
                <w:lang w:bidi="hi-IN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7B1" w:rsidRPr="00A8117C" w:rsidRDefault="00DA67B1" w:rsidP="00A8117C">
            <w:pPr>
              <w:rPr>
                <w:rFonts w:asciiTheme="minorHAnsi" w:hAnsiTheme="minorHAnsi" w:cs="Kalimati"/>
                <w:lang w:bidi="hi-IN"/>
              </w:rPr>
            </w:pPr>
          </w:p>
        </w:tc>
        <w:tc>
          <w:tcPr>
            <w:tcW w:w="4359" w:type="dxa"/>
            <w:tcBorders>
              <w:left w:val="single" w:sz="4" w:space="0" w:color="auto"/>
            </w:tcBorders>
          </w:tcPr>
          <w:p w:rsidR="00A8117C" w:rsidRDefault="00A8117C" w:rsidP="00A8117C">
            <w:pPr>
              <w:jc w:val="center"/>
              <w:rPr>
                <w:rFonts w:cs="Kalimati"/>
                <w:lang w:bidi="hi-IN"/>
              </w:rPr>
            </w:pPr>
          </w:p>
          <w:p w:rsidR="00A8117C" w:rsidRPr="00A8117C" w:rsidRDefault="00A8117C" w:rsidP="00A8117C">
            <w:pPr>
              <w:jc w:val="center"/>
              <w:rPr>
                <w:rFonts w:cs="Kalimati" w:hint="cs"/>
                <w:lang w:bidi="hi-IN"/>
              </w:rPr>
            </w:pPr>
            <w:r w:rsidRPr="00A8117C">
              <w:rPr>
                <w:rFonts w:cs="Kalimati" w:hint="cs"/>
                <w:cs/>
                <w:lang w:bidi="hi-IN"/>
              </w:rPr>
              <w:t>नाम थर:</w:t>
            </w:r>
          </w:p>
          <w:p w:rsidR="00A8117C" w:rsidRDefault="00A8117C" w:rsidP="00A8117C">
            <w:pPr>
              <w:jc w:val="center"/>
              <w:rPr>
                <w:rFonts w:cs="Kalimati"/>
                <w:lang w:bidi="hi-IN"/>
              </w:rPr>
            </w:pPr>
          </w:p>
          <w:p w:rsidR="00A8117C" w:rsidRPr="00A8117C" w:rsidRDefault="00A8117C" w:rsidP="00A8117C">
            <w:pPr>
              <w:jc w:val="center"/>
              <w:rPr>
                <w:rFonts w:cs="Kalimati" w:hint="cs"/>
                <w:cs/>
                <w:lang w:bidi="hi-IN"/>
              </w:rPr>
            </w:pPr>
            <w:r w:rsidRPr="00A8117C">
              <w:rPr>
                <w:rFonts w:cs="Kalimati" w:hint="cs"/>
                <w:cs/>
                <w:lang w:bidi="hi-IN"/>
              </w:rPr>
              <w:t>मिति:</w:t>
            </w:r>
          </w:p>
        </w:tc>
      </w:tr>
    </w:tbl>
    <w:p w:rsidR="006802F2" w:rsidRPr="00A8117C" w:rsidRDefault="006802F2" w:rsidP="00A8117C">
      <w:pPr>
        <w:spacing w:before="480"/>
        <w:rPr>
          <w:rFonts w:asciiTheme="minorHAnsi" w:hAnsiTheme="minorHAnsi" w:cs="Kalimati" w:hint="eastAsia"/>
        </w:rPr>
      </w:pPr>
      <w:bookmarkStart w:id="0" w:name="_GoBack"/>
      <w:bookmarkEnd w:id="0"/>
    </w:p>
    <w:sectPr w:rsidR="006802F2" w:rsidRPr="00A8117C" w:rsidSect="00A8117C">
      <w:pgSz w:w="12240" w:h="15840"/>
      <w:pgMar w:top="360" w:right="720" w:bottom="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204B2"/>
    <w:rsid w:val="0015074B"/>
    <w:rsid w:val="0029639D"/>
    <w:rsid w:val="00326F90"/>
    <w:rsid w:val="00383405"/>
    <w:rsid w:val="006802F2"/>
    <w:rsid w:val="00A8117C"/>
    <w:rsid w:val="00AA1D8D"/>
    <w:rsid w:val="00B02270"/>
    <w:rsid w:val="00B47730"/>
    <w:rsid w:val="00CB0664"/>
    <w:rsid w:val="00DA67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Kalimati" w:hAnsi="Kalimat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Kalimati" w:hAnsi="Kalimat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9319E5-97D8-4373-ADCD-51DE8EF48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UNV</cp:lastModifiedBy>
  <cp:revision>12</cp:revision>
  <dcterms:created xsi:type="dcterms:W3CDTF">2026-10-05T05:24:00Z</dcterms:created>
  <dcterms:modified xsi:type="dcterms:W3CDTF">2026-10-05T05:38:00Z</dcterms:modified>
</cp:coreProperties>
</file>